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Simulácia asistovaná umelou inteligenciou a chirurgická videoanalytika pre školenie a rozvoj kompetencií očnej chirurgie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Článok sa zaoberá využitím umelej inteligencie a simulácií pri vzdelávaní oftalmológov. Podľa Dreyfusovho modelu rozdeľuje profesionálny rozvoj chirurgov do štyroch etáp: začiatočník, pokročilý začiatočník, kompetentný a expert. V začiatočníckej fáze AI v rámci virtuálnej reality pomáha formovať svalovú pamäť a štandardizované operačné návyky prostredníctvom modulov s haptickou spätnou väzbou a objektívnymi metrikami výkonu. Pre pokročilých začiatočníkov modely počítačového videnia podporujú pochopenie chirurgického postupu a pomáhajú budovať chirurgickú logiku a priestorové poznanie. V kompetentnej fáze AI využíva klinické údaje na odhad rizika komplikácií a podporu krízového tréningu zameraného na scenáre. V štádiu expertov umožňuje videoanalytika s AI porovnávať chirurgické techniky a identifikovať potenciálne nedostatky. Článok zdôrazňuje, že AI funguje ako pomocný nástroj na rozšírenie ľudského učenia a rozhodovania. Kľúčovými výzvami zostávajú zovšeobecniteľnosť, interpretovateľnosť, správa údajov a lekárska zodpovednosť pri bezpečnom nasadení týchto technológií.</w:t>
      </w:r>
    </w:p>
    <w:p/>
    <w:p>
      <w:pPr>
        <w:jc w:val="center"/>
      </w:pPr>
      <w:r>
        <w:t>Vygenerované: 19.03.2026 07:02:03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