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Skúmanie biologických funkcií PCOS: identifikácia génov súvisiacich s androgénmi prostredníctvom bioinformatiky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Štúdia skúmala syndróm polycystických ovárií (PCOS) pomocou bioinformatiky na identifikáciu génov súvisiacich s androgénmi (ARG). Analyzovali sa údaje z piatich súborov GEO (GSE34526, GSE80432, GSE95728, GSE124226, GSE137684) zahŕňajúce 26 zdravých a 34 vzoriek PCOS. Pomocou LASSO sa identifikovalo 13 kľúčových ARG, náhodným lesom 10 a PPI sieťou 19 ARG. Integrácia troch metód vybrala štyri hubové ARG: ALDH1A1, DHRS9, PRKCB a SGPL1. Na ich základe vytvorili nomogram na predpovedanie rizika PCOS. RT-qPCR overenie na tkanivách vaječníkov myší s PCOS potvrdilo zníženú expresiu DHRS9, SGPL1 a ALDH1A1, zatiaľ čo PRKCB bol zvýšený. Vzorky sa rozdelili do dvoch klastrów ARG s rozdielnymi imunitnými infiltráciami a skóre ARG bolo vyššie v klastri A. Výsledky objasňujú patogenézu PCOS a navrhujú nové biomarkery pre diagnostiku a liečbu.</w:t>
      </w:r>
    </w:p>
    <w:p/>
    <w:p>
      <w:pPr>
        <w:jc w:val="center"/>
      </w:pPr>
      <w:r>
        <w:t>Vygenerované: 19.03.2026 07:01:30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