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hodnotenie účinnosti mobilného modelu následného sledovania na základe zdravia pre pacientov po transplantácii krvotvorných kmeňových buniek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skúmala účinnosť mobilného zdravotníckeho programu (mHealth) na zlepšenie starostlivosti pacientov po transplantácii krvotvorných kmeňových buniek. Do výskumu bolo zaradených 248 pacientov – 124 v intervenčnej skupine s mHealth programom a 124 v kontrolnej skupine so štandardnou starostlivosťou. Mobilný program zahŕňal monitorovanie zdravia v reálnom čase, automatické upozornenia, personalizované vzdelávanie a online konzultácie so zdravotníckym personálom. Po šiestich mesiacoch skupina s mHealth vykazovala výrazne väčšie zlepšenie kvality života (o 10 bodov) a sebaúčinnosti (o 2,01 bodov). V intervenčnej skupine bolo menej prípadov infekcie, reaktivácie cytomegalovírusu a emočných porúch. U pacientov po alogénnej transplantácii bol program spojený so zníženou reakciou štepu proti hostiteľovi a reaktiváciou vírusu. Pacienti v mHealth skupine mali tiež lepší manažment symptómov, vyššiu spokojnosť a nižšie miery opätovného prijatia do nemocnice. Autori však upozorňujú, že nízka účasť (14,5 %) bola bežnejšia medzi staršími a menej vzdelanými pacientmi.</w:t>
      </w:r>
    </w:p>
    <w:p/>
    <w:p>
      <w:pPr>
        <w:jc w:val="center"/>
      </w:pPr>
      <w:r>
        <w:t>Vygenerované: 19.03.2026 07:01:20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