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Error 500 (Server Error)!!1500.That’s an error.There was an error. Please try again later.That’s all we know.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Táto multicentrová, dvojito zaslepená, náhodná kontrolovaná štúdia hodnotí účinnosť a bezpečnosť acupoint catgut embedding (ACE) u pacientov s miernou psoriázou a nadváhou. Účastníci vo veku ≥ 18 rokov s miernou plakovou psoriázou (PASI &lt; 3, BSA &lt; 3 %) a BMI ≥ 24 kg/m² budú náhodne rozdelení v pomere 1:1 na skutočnú ACE na 14 acupunktoch alebo sham procedúru. Intervencie sa podávajú každé 2 týždne počas 8 týždňov. Primárne cieľové parametre sú zmeny skóre PASI a BMI od začiatku do 8. týždňa. Sekundárne výsledky zahŕňajú Dermatology Life Quality Index (DLQI), obvod pása, lipidový profil a systémové zápalové markery. Bezpečnosť sa monitoruje zaznamenávaním nežiaducich udalostí a laboratórnymi testami, s následovaním pacientov do 32. týždňa na posúdenie dlhodobej účinnosti. Štúdia poskytne dôkazy o duálnom pôsobení ACE na psoriatické lézie a metabolické poruchy. Registrácia: ITMCTR2025002460.</w:t>
      </w:r>
    </w:p>
    <w:p/>
    <w:p>
      <w:pPr>
        <w:jc w:val="center"/>
      </w:pPr>
      <w:r>
        <w:t>Vygenerované: 19.03.2026 07:01:03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