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Začlenenie metódy nekognitívneho výberu do rezidenčného programu: zložitosť písania testovacej položky efektívneho situačného úsudku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Štúdia skúmala proces písania položiek situačných testov úsudku (SJT) pre výber do rezidenčných programov v Indonézii, kde sa zavádzajú nekognitívne metódy výberu. Dvadsaťjeden expertov z 11 rezidenčných programov vytvorilo celkovo 106 scenárov SJT podľa poskytnutej šablóny. Dominantnou témou scenárov bola profesionalita, s dĺžkou od 21 do 145 slov, navrhnutých neutrálne z hľadiska pohlavia, jazyka a citlivosti. Zistili sa nedostatky, ako nadmerné zameranie na klinické rozhodovanie, špecifické kontexty špecializácií a obmedzené informácie v niektorých scenároch. Ďalšie úskalia zahŕňali irelevantnosť konštrukcie a chýbajúce kontextové detaily. Autori odporúčajú štruktúrovaný vývoj fakulty v písaní SJT s neustálou podporou a spätnou väzbou pre zachovanie platnosti testu.</w:t>
      </w:r>
    </w:p>
    <w:p/>
    <w:p>
      <w:pPr>
        <w:jc w:val="center"/>
      </w:pPr>
      <w:r>
        <w:t>Vygenerované: 19.03.2026 07:00:54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