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Solitárny adrenálny metastatický adenokarcinóm jeden rok po radikálnej gastrektómii pre rakovinu žalúdka: kazuistika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Článok opisuje prípad 69-ročného muža, ktorý podstúpil radikálnu gastrektómiu (odstránenie žalúdka) pre rakovinu pažerákového spojenia s diagnózou difúzneho infiltratívneho mucinózneho adenokarcinómu so zložkami signet-ring cell karcinómu a neuroendokrinného karcinómu. Pacient absolvoval šesť cyklov adjuvantnej chemoterapie s S-1 a oxaliplatinou a počas rutinného sledovania neboli zistené známky recidívy. Dvadsaťjeden mesiacov po operácii sa u neho objavila bolesť v ľavej hornej časti brucha a počítačová tomografia odhalila solitárnu metastázu v ľavej nadobličke. Ultrazvukom riadená biopsia potvrdila metastatický adenokarcinóm žalúdka a nádorové markery (CA72-4, CA19-9 a karcinoembryonálny antigén) boli výrazne zvýšené. Pacient bol liečený chemoterapiou SOX kombinovanou s inhibítorom PD-1 tislelizumabom, pričom sa jeho celkový stav po prvom liečebnom cykle zlepšil. Prípad poukazuje na potrebu ostražitosti voči zriedkavým metastázam v nadobličke u pacientov s pokročilým karcinómom žalúdka aj po štandardizovanom pooperačnom sledovaní, a naznačuje, že systémová chemoterapia kombinovaná s imunoterapiou môže byť účinnou liečebnou stratégiou.</w:t>
      </w:r>
    </w:p>
    <w:p/>
    <w:p>
      <w:pPr>
        <w:jc w:val="center"/>
      </w:pPr>
      <w:r>
        <w:t>Vygenerované: 19.03.2026 07:00:33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