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NYSORA Reflections: Keď BP dopadne na podlahu!</w:t>
      </w:r>
    </w:p>
    <w:p>
      <w:r>
        <w:t>Zdroj: Email Newsletter</w:t>
      </w:r>
    </w:p>
    <w:p>
      <w:r>
        <w:t>Publikované: Thu, 19 Mar 2026 02:00:38 +0000 (UTC)</w:t>
      </w:r>
    </w:p>
    <w:p/>
    <w:p>
      <w:pPr>
        <w:pStyle w:val="Heading1"/>
      </w:pPr>
      <w:r>
        <w:t>Súhrn</w:t>
      </w:r>
    </w:p>
    <w:p>
      <w:r>
        <w:t>informácií z článku "NYSORA Reflections: When BP hits the Floor!": Článok sa zaoberá bežnou klinickou situáciou, kedy pacientovi počas operácie v polohe plážového kresla prudko klesne krvný tlak. Tento pokles je spôsobený venóznym zhlukovaním, zníženým predpätím, vazodilatáciou a zhoršenou autonómnou odpoveďou u starších pacientov. Autor zdôrazňuje dôležitosť rýchleho rozhodovania a predvídania v takýchto situáciách. Na stabilizáciu krvného tlaku odporúča infúziu norepinefrínu. Poukazuje na výhody použitia aplikácie NYSORA Anesthesia Assistant App pre rýchly výpočet dávkovania lieku v reálnom čase. Aplikácia umožňuje zadať klinické údaje a okamžite získať informácie o dávke lieku na kilogram hmotnosti pacienta. Autor zdôrazňuje, že použitie takýchto nástrojov znižuje kognitívnu záťaž a môže zlepšiť bezpečnosť pacienta.</w:t>
      </w:r>
    </w:p>
    <w:p/>
    <w:p>
      <w:pPr>
        <w:jc w:val="center"/>
      </w:pPr>
      <w:r>
        <w:t>Vygenerované: 19.03.2026 04:00:32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