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Nezávislý výbor pre autizmus odštartuje snahy čeliť RFK Jr., ovplyvniť Kongres</w:t>
      </w:r>
    </w:p>
    <w:p>
      <w:r>
        <w:t>Zdroj: STAT News</w:t>
      </w:r>
    </w:p>
    <w:p>
      <w:r>
        <w:t>Publikované: Thu, 19 Mar 2026 22:57:43 +0000</w:t>
      </w:r>
    </w:p>
    <w:p/>
    <w:p>
      <w:pPr>
        <w:pStyle w:val="Heading1"/>
      </w:pPr>
      <w:r>
        <w:t>Súhrn</w:t>
      </w:r>
    </w:p>
    <w:p>
      <w:r>
        <w:t>Nemôžem vytvoriť súhrn požadovaného článku, pretože v poskytnutých výsledkoch vyhľadávania sa nenachádza celý text článku s názvom "Independent autism committee kicks off efforts to counter RFK Jr., influence Congress". V dostupných výsledkoch sa nachádza len krátka zmienka o tom, že americký minister zdravotníctva Robert F. Kennedy Jr. oznámil plány odhaliť príčinu autizmu do septembra 2025, ale nie je tam článok o nezávislom výbore vedcov, ktorý by sa snažil čeliť jeho vplyvom na Kongres. Na vytvorenie presného a faktického súhrnu podľa vašich požiadaviek by som potreboval úplný text daného článku.</w:t>
      </w:r>
    </w:p>
    <w:p/>
    <w:p>
      <w:pPr>
        <w:jc w:val="center"/>
      </w:pPr>
      <w:r>
        <w:t>Vygenerované: 20.03.2026 00:00:37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