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Porakovinová zmena Kate Middleton; VA klinika streľba; Linka pomoci 867-5309</w:t>
      </w:r>
    </w:p>
    <w:p>
      <w:r>
        <w:t>Zdroj: MedPage Today</w:t>
      </w:r>
    </w:p>
    <w:p>
      <w:r>
        <w:t>Publikované: Wed, 18 Mar 2026 09:21:01 -0400</w:t>
      </w:r>
    </w:p>
    <w:p/>
    <w:p>
      <w:pPr>
        <w:pStyle w:val="Heading1"/>
      </w:pPr>
      <w:r>
        <w:t>Súhrn</w:t>
      </w:r>
    </w:p>
    <w:p>
      <w:r>
        <w:t>Kate Middleton, princezná z Walesu, podstúpila v januári 2024 vážnu operáciu brucha, pri ktorej sa pôvodne predpokladalo, že nejde o rakovinu.[1] Pooperačné vyšetrenia však odhalili prítomnosť rakoviny, preto jej lekársky tím odporučil preventívnu chemoterapiu.[1][5] Nachádza sa na ranom štádiu tohto liečenia.[1][5] Diagnoza bola pre ňu veľkým šokom a posledné mesiace boli pre rodinu mimoriadne náročné.[1][4] Princezná nedávno oznámila, že je v remisii po ukončení chemoterapie.[2][3] Uviedla, že je to úľava, no stále sa sústredí na úplné zotavenie a prispôsobenie sa novej realite.[2][3] Remisia neznamená úplné vyliečenie, ale veľký pokrok v boji s rakovinou.[2][3]</w:t>
      </w:r>
    </w:p>
    <w:p/>
    <w:p>
      <w:pPr>
        <w:jc w:val="center"/>
      </w:pPr>
      <w:r>
        <w:t>Vygenerované: 18.03.2026 16:01:30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