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Predčasná menopauza je spojená so 40% zvýšením rizika srdcových chorôb</w:t>
      </w:r>
    </w:p>
    <w:p>
      <w:r>
        <w:t>Zdroj: STAT News</w:t>
      </w:r>
    </w:p>
    <w:p>
      <w:r>
        <w:t>Publikované: Wed, 18 Mar 2026 15:00:00 +0000</w:t>
      </w:r>
    </w:p>
    <w:p/>
    <w:p>
      <w:pPr>
        <w:pStyle w:val="Heading1"/>
      </w:pPr>
      <w:r>
        <w:t>Súhrn</w:t>
      </w:r>
    </w:p>
    <w:p>
      <w:r>
        <w:t>Predčasná menopauza je spojená so zvýšeným rizikom srdcových ochorení.[1][2] Štúdia publikovaná v European Heart Journal, na ktorej sa zúčastnilo viac ako 1,4 milióna žien, zistila, že ženy s predčasnou menopauzou mali o 33 percent vyššie riziko srdcového zlyhania a o 9 percent vyššie riziko fibrilácie predsiení oproti ženám s neskoršou menopauzou.[1][2] Čím mladší vek nástupu menopauzy, tým vyššie riziko novovzniknutého srdcového zlyhania a fibrilácie predsiení.[1][2] V porovnaní so ženami v menopauze vo veku 50 rokov a viac mali ženy v menopauze vo veku 45–49 rokov o 11 percent, 40–44 rokov o 23 percent a mladšie ako 40 rokov o 39 percent vyššie riziko srdcového zlyhania.[1][2] Kardiovaskulárne ochorenia sa u žien vyskytujú zvyčajne o 10 rokov neskôr ako u mužov, pretože pred menopauzou profitujú z ochranného účinku estrogénu.[1][2] Po ukončení menštruácie a poklese estrogénu sa ženy stávajú náchylnejšími na tieto ochorenia.[1][2]</w:t>
      </w:r>
    </w:p>
    <w:p/>
    <w:p>
      <w:pPr>
        <w:jc w:val="center"/>
      </w:pPr>
      <w:r>
        <w:t>Vygenerované: 18.03.2026 16:00:45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