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J&amp;J získala schválenie pre prvú tabletku na psoriázu svojho druhu</w:t>
      </w:r>
    </w:p>
    <w:p>
      <w:r>
        <w:t>Zdroj: STAT News</w:t>
      </w:r>
    </w:p>
    <w:p>
      <w:r>
        <w:t>Publikované: Wed, 18 Mar 2026 11:56:14 +0000</w:t>
      </w:r>
    </w:p>
    <w:p/>
    <w:p>
      <w:pPr>
        <w:pStyle w:val="Heading1"/>
      </w:pPr>
      <w:r>
        <w:t>Súhrn</w:t>
      </w:r>
    </w:p>
    <w:p>
      <w:r>
        <w:t>Johnson &amp; Johnson získala schválenie od americkej FDA pre icotrokinru, prvú tabletku svojho druhu, ktorá blokuje IL-23 receptor na liečbu mierne až ťažkej psoriázy v dospelých a adolescentoch od 12 rokov.[1][3] Liek bol vyvinutý na základe spolupráce medzi Johnson &amp; Johnson a spoločnosťou Protagonist a podaný na schválenie v júli 2025.[1][3] Icotrokinra sa užíva raz denne a v štyroch klinických štúdiách fázy 3 (ICONIC-LEAD, ICONIC-TOTAL, ICONIC-ADVANCE 1 a 2) splnila všetky primárne a sekundárne ciele, pričom preukázala výrazné vyčistenie kože.[2][3] V porovnaní s deucravacitinibom, iným liekom na psoriázu, icotrokinra vykazovala lepšie výsledky pri vyčistení kože v 16. a 24. týždni liečby.[5] Bezpečnostný profil lieku bol priaznivý, s podobnou frekvenciou nežiaducich účinkov ako placebo.[2][3] Táto tabletka predstavuje novú možnosť liečby, ktorá by mohla zvýšiť používanie systémových liekov u pacientov s ťažkou psoriázou.[5]</w:t>
      </w:r>
    </w:p>
    <w:p/>
    <w:p>
      <w:pPr>
        <w:jc w:val="center"/>
      </w:pPr>
      <w:r>
        <w:t>Vygenerované: 18.03.2026 13:00:37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