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Očkovanie v USA: Sudca blokuje kontroverzné reformy RFK Jr</w:t>
      </w:r>
    </w:p>
    <w:p>
      <w:r>
        <w:t>Zdroj: BMJ</w:t>
      </w:r>
    </w:p>
    <w:p>
      <w:r>
        <w:t>Publikované: 2026-03-18T03:21:22-07:00</w:t>
      </w:r>
    </w:p>
    <w:p/>
    <w:p>
      <w:pPr>
        <w:pStyle w:val="Heading1"/>
      </w:pPr>
      <w:r>
        <w:t>Súhrn</w:t>
      </w:r>
    </w:p>
    <w:p>
      <w:r>
        <w:t>Americký federálny sudca Brian Murphy zo Massachusetts 16. marca zablokoval kontroverzné reformy národnej očkovacej politiky pre deti, navrhnuté ministrom zdravotníctva Robertom F. Kennedym Jr. Sudca konštatoval, že žalobcovia pravdepodobne uspejú v dokázaní nezákonnosti kľúčových častí týchto zmien. Rozhodnutie pozastavuje činnosť nového Federálneho poradného výboru pre imunizačné praktiky (ACIP) a zmeny zamerané na zníženie rutinných detských očkovaní, kým prípad pokračuje. Žalobu podala Americká akadémia pediatrie (AAP) a ďalšie lekárske skupiny. AAP rozhodnutie privítala ako historický výsledok, ktorý chráni zdravie detí a podporuje očkovanie založené na odporúčaniach.</w:t>
      </w:r>
    </w:p>
    <w:p/>
    <w:p>
      <w:pPr>
        <w:jc w:val="center"/>
      </w:pPr>
      <w:r>
        <w:t>Vygenerované: 18.03.2026 12:01:36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