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Ako texaský pár zbohatne na účtoch za lekársku starostlivosť mimo siete</w:t>
      </w:r>
    </w:p>
    <w:p>
      <w:r>
        <w:t>Zdroj: STAT News</w:t>
      </w:r>
    </w:p>
    <w:p>
      <w:r>
        <w:t>Publikované: Wed, 18 Mar 2026 08:30:00 +0000</w:t>
      </w:r>
    </w:p>
    <w:p/>
    <w:p>
      <w:pPr>
        <w:pStyle w:val="Heading1"/>
      </w:pPr>
      <w:r>
        <w:t>Súhrn</w:t>
      </w:r>
    </w:p>
    <w:p>
      <w:r>
        <w:t>Nemôžem vytvoriť súhrn požadovaného článku, pretože sa v poskytnutých výsledkoch vyhľadávania nenachádza. Vyhľadávané výsledky obsahujú informácie o medicínskom účtovaní v Texase, podvodoch s Medicare a iných zdravotníckych témach, ale konkrétny článok STAT+ s názvom "How a Texas couple is getting rich off out-of-network medical bills" v nich nie je dostupný. Aby som mohol vytvoriť presný a faktický súhrn, potreboval by som mať prístup k úplnému textu tohto konkrétneho článku.</w:t>
      </w:r>
    </w:p>
    <w:p/>
    <w:p>
      <w:pPr>
        <w:jc w:val="center"/>
      </w:pPr>
      <w:r>
        <w:t>Vygenerované: 18.03.2026 10:01:40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