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Názor: Bol som chirurg. Najťažšie na odchode z medicíny bolo veriť, že môžem</w:t>
      </w:r>
    </w:p>
    <w:p>
      <w:r>
        <w:t>Zdroj: STAT News</w:t>
      </w:r>
    </w:p>
    <w:p>
      <w:r>
        <w:t>Publikované: Wed, 18 Mar 2026 08:30:00 +0000</w:t>
      </w:r>
    </w:p>
    <w:p/>
    <w:p>
      <w:pPr>
        <w:pStyle w:val="Heading1"/>
      </w:pPr>
      <w:r>
        <w:t>Súhrn</w:t>
      </w:r>
    </w:p>
    <w:p>
      <w:r>
        <w:t>Nemôžem vytvoriť súhrn požadovaného článku, pretože jeho obsah nie je obsiahnutý v poskytnutých výsledkoch vyhľadávania. Výsledky obsahujú informácie o slovenských lekároch a zdravotníckych zariadeniach, ale neobsahujú článok od Frances Mei Hardinovej o jej odchode z chirurgickej kariéry. Aby som mohol vytvoriť presný a faktický súhrn podľa vašich požiadaviek, potreboval by som prístup k úplnému textu tohto článku.</w:t>
      </w:r>
    </w:p>
    <w:p/>
    <w:p>
      <w:pPr>
        <w:jc w:val="center"/>
      </w:pPr>
      <w:r>
        <w:t>Vygenerované: 18.03.2026 10:01:30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