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Retrospektívna kohortová štúdia v Číne: súvislosť medzi glykozidmi Tripterygium a zníženými hladinami sérového albumínu u starších pacientov s reumatoidnou artritídou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Retrospektívna kohortová štúdia v Číne skúmala vplyv tripterygiových glykozidov (TG) na hladiny sérového albumínu u pacientov s reumatoidnou artritídou (RA) v porovnaní s metotrexátom (MTX) alebo kombináciou TG + MTX. Štúdia zahŕňala 146 pacientov na TG, 62 na MTX a 54 na TG + MTX, pričom sérový albumín sa meral pred a po liečbe. Na začiatku liečby sa hladiny albumínu medzi skupinami významne nelíšili. Po liečbe došlo vo skupinách TG a TG + MTX k významnému zníženiu priemerného sérového albumínu, zatiaľ čo v skupine MTX zostali hladiny stabilné. Výskyt hypoalbuminémie sa po TG zvýšil z 3,4 % na 26,0 % (p &lt; 0,001), po TG + MTX z 0 % na 18,5 % (p &lt; 0,001), ale pri MTX len z 1,6 % na 4,8 % (p = 0,001). Multivariabilná logistická regresná analýza ukázala, že pokročilý vek je významný nezávislý rizikový faktor pre vznik hypoalbuminémie. Liečba TG samostatne alebo s MTX je teda spojená s rozvojom hypoalbuminémie u pacientov s RA, najmä u starších.</w:t>
      </w:r>
    </w:p>
    <w:p/>
    <w:p>
      <w:pPr>
        <w:jc w:val="center"/>
      </w:pPr>
      <w:r>
        <w:t>Vygenerované: 18.03.2026 08:01:08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