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Tento jednoduchý zvyk by mohol pomôcť seniorom žiť dlhšie a zostať nezávislými</w:t>
      </w:r>
    </w:p>
    <w:p>
      <w:r>
        <w:t>Zdroj: ScienceDaily Health</w:t>
      </w:r>
    </w:p>
    <w:p>
      <w:r>
        <w:t>Publikované: Wed, 18 Mar 2026 18:01:48 EDT</w:t>
      </w:r>
    </w:p>
    <w:p/>
    <w:p>
      <w:pPr>
        <w:pStyle w:val="Heading1"/>
      </w:pPr>
      <w:r>
        <w:t>Súhrn</w:t>
      </w:r>
    </w:p>
    <w:p>
      <w:r>
        <w:t>Bicyklovanie môže pomôcť seniorom žiť dlhšie a zostať nezávislými. Desaťročná štúdia v Japonsku zistila, že seniori jazdiaci na bicykli mali nižšie riziko potreby dlhodobej starostlivosti a úmrtia. Tento efekt bol výraznejší u tých, ktorí nešoférovali. Pokračovanie v bicyklovaní alebo jeho začatie neskôr v živote prinášalo stále značné výhody. Výsledky štúdie zdôrazňujú cyklistiku ako nástroj na udržanie nezávislosti a pohody. Bicyklovanie je pre starších ľudí jedným z najjednoduchších spôsobov, ako zostať zdravší.</w:t>
      </w:r>
    </w:p>
    <w:p/>
    <w:p>
      <w:pPr>
        <w:jc w:val="center"/>
      </w:pPr>
      <w:r>
        <w:t>Vygenerované: 19.03.2026 07:45:53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