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Úloha trombospondínu-1 pri dermatologických stavoch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Trombospondín-1 (THBS1) je multifunkčný proteín extracelulárnej matrice, ktorý interaguje s receptormi na povrchu buniek, ako sú CD36, CD47 a integríny, a tiež s proteínmi ako angiogénne faktory a transformujúci rastový faktor (TGF)-β. THBS1 ovplyvňuje vývoj kožných ochorení na molekulárnej úrovni reguláciou procesov ako angiogenéza, fibróza, zápal a rast nádorov. Tento prehľad systematicky skúma signalizačné mechanizmy THBS1 v koži. Zdôrazňuje ich vplyv na hojenie rán, regeneráciu tkanív, zápalové reakcie, fibrózu a vznik kožných nádorov. THBS1 tak spája základný výskum s klinickou dermatológiou. Skúmaním týchto aspektov sa objasňujú úlohy THBS1 pri ťažko liečiteľných kožných ochoreniach. Má potenciál ako cieľ pre terapiu.</w:t>
      </w:r>
    </w:p>
    <w:p/>
    <w:p>
      <w:pPr>
        <w:jc w:val="center"/>
      </w:pPr>
      <w:r>
        <w:t>Vygenerované: 18.03.2026 07:02:24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