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Systémové hodnotenie farmakovigilancie oftalmického atropínu: detekcia signálu a klinická priorita z databázy FAERS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systematicky skúmala nežiaduce liekové reakcie spojené s oftalmickým atropínom pomocou databázy FAERS, kde analyzovali 425 hlásení a identifikovali 83 pozitívnych signálov. Signály zahŕňali najmä očné poruchy, poruchy nervového systému, poranenia, otravy, procedurálne komplikácie a infekcie. Najčastejším a najsilnejším signálom bola endoftalmitída (n = 74, IC025 = 6,62, ROR025 = 101,90). Ďalšie výrazné signály boli choroiditída (IC025 = 6,05, ROR025 = 69,26), zvýšený vnútroočný tlak (IC025 = 5,77, ROR025 = 56,93), znížená zraková ostrosť (IC025 = 5,46, ROR025 = 43,34) a uveitída (IC025 = 5,36, ROR025 = 42,93). Bolesť oka (n = 64, IC025 = 4,99, ROR025 = 32,90) bola ďalšou často hlásenou reakciou. Z uprednostňovaných výrazov malo 81,93 % slabú klinickú prioritu a 18,07 % strednú. Záver zdôrazňuje potrebu zvýšenej klinickej ostražitosti pri oftalmickom atropíne, pričom signály nie sú dôkazom kauzality ani odhadom výskytu.</w:t>
      </w:r>
    </w:p>
    <w:p/>
    <w:p>
      <w:pPr>
        <w:jc w:val="center"/>
      </w:pPr>
      <w:r>
        <w:t>Vygenerované: 18.03.2026 07:02:04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