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Urologická diagnostika založená na detekcii obličkových kameňov v CT zobrazení s využitím rámca hlbokého učenia YOLOv8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Štúdia porovnávala štyri modely hlbokého učenia na automatickú detekciu obličkových kameňov v CT snímkach – YOLOv8, YOLOv5, Faster R-CNN a RetinaNet. Výskum zahŕňal 4 000 anotovaných CT rezov od 170 pacientov. Faster R-CNN dosiahol najvyššiu presnosť lokalizácie s hodnotou mAP@0,5 = 0,93, zatiaľ čo YOLOv8 dosahoval mAP@0,91. YOLOv8 sa ukázal ako najlepší pre klinickú prax vďaka optimálnej rovnováhe medzi vysokou presnosťou detekcie a rýchlou výpočtovou účinnosťou, čo umožňuje spracovanie v reálnom čase. Automatická detekcia obličkových kameňov pomocou týchto modelov môže zrýchliť diagnostiku a znížiť závislosť na manuálnej interpretácii CT snímok. Nekontrastná počítačová tomografia je zlatým štandardom na detekciu obličkových kameňov, ale jej manuálna analýza je časovo náročná a môže byť subjektívna.</w:t>
      </w:r>
    </w:p>
    <w:p/>
    <w:p>
      <w:pPr>
        <w:jc w:val="center"/>
      </w:pPr>
      <w:r>
        <w:t>Vygenerované: 18.03.2026 07:00:54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