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Psilocybínu sa nepodarilo naplniť humbuk kvôli depresii odolnej voči liečbe</w:t>
      </w:r>
    </w:p>
    <w:p>
      <w:r>
        <w:t>Zdroj: MedPage Today</w:t>
      </w:r>
    </w:p>
    <w:p>
      <w:r>
        <w:t>Publikované: Wed, 18 Mar 2026 17:18:03 -0400</w:t>
      </w:r>
    </w:p>
    <w:p/>
    <w:p>
      <w:pPr>
        <w:pStyle w:val="Heading1"/>
      </w:pPr>
      <w:r>
        <w:t>Súhrn</w:t>
      </w:r>
    </w:p>
    <w:p>
      <w:r>
        <w:t>Psilocybín v kombinácii s psychoterapiou preukázal obmedzenú účinnosť pri zmierňovaní depresívnych symptómov u pacientov s depresiou odolnou voči liečbe. Randomizovaná klinická štúdia fázy IIb s názvom EPISODE zistila, že po vysadení antidepresív nedosiahol očakávané výsledky. Štúdia ukázala len čiastočné zlepšenie symptómov. Psilocybín tak nenaplnil vysoké očakávania spojené s jeho potenciálom. Výsledky naznačujú, že humbuk okolo látky nebol opodstatnený pri tomto type depresie.</w:t>
      </w:r>
    </w:p>
    <w:p/>
    <w:p>
      <w:pPr>
        <w:jc w:val="center"/>
      </w:pPr>
      <w:r>
        <w:t>Vygenerované: 19.03.2026 01:01:11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