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Najvyšší regulátor infekčných chorôb FDA odchádza z agentúry</w:t>
      </w:r>
    </w:p>
    <w:p>
      <w:r>
        <w:t>Zdroj: STAT News</w:t>
      </w:r>
    </w:p>
    <w:p>
      <w:r>
        <w:t>Publikované: Wed, 18 Mar 2026 23:20:00 +0000</w:t>
      </w:r>
    </w:p>
    <w:p/>
    <w:p>
      <w:pPr>
        <w:pStyle w:val="Heading1"/>
      </w:pPr>
      <w:r>
        <w:t>Súhrn</w:t>
      </w:r>
    </w:p>
    <w:p>
      <w:r>
        <w:t>Adam Sherwat, riaditeľ Úradu pre infekčné choroby v Centre pre hodnotenie a výskum liekov FDA, odchádza z agentúry. Tento úrad spadá pod CDER, ktorý dohliada na väčšinu predpisových liekov v USA. Sherwat pôsobil ako riaditeľ od mája 2025 a predtým ako zástupca riaditeľa od septembra 2020. Jeho odchod je súčasťou širšieho trendu odchodu vysokopostavených predstaviteľov FDA v poslednom roku. Agentúra čelí výzvam ako strata približne 20 % zamestnancov od začiatku roka a časté zmeny v vedení CDER – štyria riaditelia za jeden rok. Tieto zmeny vyvolávajú obavy o kontinuitu v posudzovaní liekov, vrátane onkológie, neurológie a vzácnych chorôb. FDA oznámila, že poskytne ďalšie informácie o nástupníctve.[1][2][3][4]</w:t>
      </w:r>
    </w:p>
    <w:p/>
    <w:p>
      <w:pPr>
        <w:jc w:val="center"/>
      </w:pPr>
      <w:r>
        <w:t>Vygenerované: 19.03.2026 01:00:32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