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Vyvolanie inzulínovej podu; Úspech ostrovčekov T1D; FDA sa zameriava na lieky na štítnu žľazu pochádzajúce zo zvierat</w:t>
      </w:r>
    </w:p>
    <w:p>
      <w:r>
        <w:t>Zdroj: MedPage Today</w:t>
      </w:r>
    </w:p>
    <w:p>
      <w:r>
        <w:t>Publikované: Tue, 17 Mar 2026 15:10:38 -0400</w:t>
      </w:r>
    </w:p>
    <w:p/>
    <w:p>
      <w:pPr>
        <w:pStyle w:val="Heading1"/>
      </w:pPr>
      <w:r>
        <w:t>Súhrn</w:t>
      </w:r>
    </w:p>
    <w:p>
      <w:r>
        <w:t>Spoločnosť Insulet stiahla z trhu špecifické šarže svojich Omnipod 5 podov kvôli výrobnej chybe v podobe malého trhliny v internej hadičke, ktorá môže spôsobiť únik inzulínu vnútri zariadenia namiesto jeho úplného podania do tela.[1][3][4] Táto chyba vedie k nedostatočnému dávkovaniu inzulínu, čo spôsobuje vysoké hladiny cukru v krvi a v najzávažnejších prípadoch diabetickú ketoacidózu (DKA).[1][4] Firma zaznamenala 18 hlásení vážnych nežiaducich udalostí, vrátane hospitalizácií, no žiadne úmrtia.[1][3][4] Postihnuté pody tvoria približne 1,5 percenta celkovej ročnej produkcie.[1][3][4] Problém neovplyvňuje systémy kontinuálneho monitorovania glukózy (CGM) ani ich merania.[3][4] Používatelia môžu na webovej stránke spoločnosti overiť číslo šarže a požiadať o bezplatnú výmenu.[1][3] Insulet implementoval zmeny vo výrobných procesoch na posilnenie kontroly kvality.[4]</w:t>
      </w:r>
    </w:p>
    <w:p/>
    <w:p>
      <w:pPr>
        <w:jc w:val="center"/>
      </w:pPr>
      <w:r>
        <w:t>Vygenerované: 17.03.2026 22:00:53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