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Toward a clearer vision: epidemiology and symptom-based clinical patterns of dry eye disease in the Saudi population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Tento článok je oprava štúdie o epidemiológii a klinických vzorcoch suchého oka v saudskej populácii. Štúdia analyzuje sezónne vzorce záujmu o suché oko pomocou dát z Google Trends v Saudskej Arábii v rokoch 2011–2024. Zistila sa ročná sezónnosť s vysokou sezónou od februára do augusta, pričom vrchol nastal v júni s amplitúdou 3,52 RSV jednotky. Nízka vlhkosť bola najdôležitejším klimatickým faktorom zvyšujúcim objem vyhľadávaní o suchom oku. Prevalencia suchého oka v Saudskej Arábii sa v rôznych štúdiách pohybuje od 32,1 % do 75,9 %. Jedna štúdia uvádza celkovú prevalenciu 17,5 %, z čoho 11 % malo mierne suché oko, 4,7 % stredne ťažké a 1,7 % ťažké. Iná štúdia hlási prevalenciu diagnostikovaného suchého oka 38,4 %, pričom ďalších 36,8 % malo príznaky bez diagnózy. Rizikové faktory zahŕňajú ženské pohlavie, užívanie antidepresív, antihistaminík a dlhodobé používanie elektronických zariadení.[1][2][3]</w:t>
      </w:r>
    </w:p>
    <w:p/>
    <w:p>
      <w:pPr>
        <w:jc w:val="center"/>
      </w:pPr>
      <w:r>
        <w:t>Vygenerované: 17.03.2026 17:01:22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