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Vznikajúce trendy etického vzdelávania zdravotníckych profesií za posledných 10 rokov: systematický prehľad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Systematický prehľad skúmal trendy etického vzdelávania zdravotníckych profesií za posledných 10 rokov v dôsledku globalizácie a pokroku AI. Vyhľadávanie podľa usmernení PRISMA v databázach PubMed a Web of Science analyzovalo štúdie z rokov 2015 až 2025, pričom bolo zaradených 145 prác. Identifikovali sa štyri hlavné témy: etická výchova založená na cnostiach, etická výchova založená na kompetenciách, profesionalita a vzájomná bezpečnosť. Najčastejšie diskutovanou témou bola etická výchova založená na kompetenciách (81 štúdií, 55,86 %). Medzi témami existovali vzájomné vzťahy, najmä medzi etickou výchovou založenou na cnostiach a profesionalitou (18 štúdií, 12,41 %). Štúdia zaviedla nový integračný rámec a zdôraznila úlohu vzájomnej bezpečnosti na zlepšenie etiky a klinickej praxe. Prehľad odporúča štandardizovaný multidimenzionálny prístup pre budúce vzdelávanie vrátane AI v medicínskej etike.</w:t>
      </w:r>
    </w:p>
    <w:p/>
    <w:p>
      <w:pPr>
        <w:jc w:val="center"/>
      </w:pPr>
      <w:r>
        <w:t>Vygenerované: 17.03.2026 17:01:10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