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Laktylačné omiky trhliny králičej rotátorovej manžety odhaľujú rozdielne modifikované proteíny a ciele terapie súvisiace s metabolizmom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Štúdia skúmala laktyláciu, novú post-translačnú modifikáciu proteínov, ktorá ovplyvňuje metabolické preprogramovanie, epigenetickú reguláciu, signálnu transdukciu, génovú expresiu a bunkový metabolizmus. Laktylácia sa podieľa na ochoreniach ako nádory, Alzheimerova choroba, srdcové zlyhanie a infarkt myokardu, no v pohybovom aparáte je málo preskúmaná. Vedci analyzovali laktylačnú omiku na vzorkách slz z rotátorovej manžety králikov a identifikovali 2 624 modifikačných miest na 851 proteínoch. Zistili subcelulárnu lokalizáciu, diferenciovane modifikované proteíny a obohatenie funkčných dráh, pričom navrhli koncept „ko-laktylačného modifikačného efektu lyzínu“. Laktylácia je hlavne v cytoplazme, mitochondriách a jadre a obohacuje funkcie ako spracovanie RNA, spracovanie DNA a bunkový metabolizmus. V trhlinách rotátorovej manžety je laktylácia široko prítomná a významná, čo umožňuje identifikovať kľúčové ciele na zásah a nové terapeutické prístupy súvisiace s metabolizmom.</w:t>
      </w:r>
    </w:p>
    <w:p/>
    <w:p>
      <w:pPr>
        <w:jc w:val="center"/>
      </w:pPr>
      <w:r>
        <w:t>Vygenerované: 17.03.2026 17:01:00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