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Meningitída: Smrteľné prepuknutie v Kente je menej cieleným kmeňom B, potvrdzujú úradníci</w:t>
      </w:r>
    </w:p>
    <w:p>
      <w:r>
        <w:t>Zdroj: BMJ</w:t>
      </w:r>
    </w:p>
    <w:p>
      <w:r>
        <w:t>Publikované: 2026-03-17T05:51:06-07:00</w:t>
      </w:r>
    </w:p>
    <w:p/>
    <w:p>
      <w:pPr>
        <w:pStyle w:val="Heading1"/>
      </w:pPr>
      <w:r>
        <w:t>Súhrn</w:t>
      </w:r>
    </w:p>
    <w:p>
      <w:r>
        <w:t>V Kente došlo k prepuknutiu meningitídy B, pri ktorom zomreli dvaja ľudia a 11 ďalších je hospitalizovaných. Medzi obeťami je študent University of Kent a žiak šiestej triedy zo školy Queen Elizabeth’s Grammar School vo Favershame. Väčšina hospitalizovaných sú študenti. Britská agentúra pre zdravotnú bezpečnosť (UKHSA) potvrdila, že ide o bakteriálny kmeň B meningokokovej infekcie. Testy ukázali, že prípady sú výsledkom invazívnej meningokokovej choroby. Gayatri Amirthalingam z UKHSA uviedla, že tento kmeň nie je typický pre neočkovaných ľudí, pretože vakcína proti meningokokom pre tínedžerov vo veku 13-14 rokov pokrýva štyri kmene. Prípady boli hlásené od piatku 13. marca do nedele 15. marca. UKHSA spolupracuje s univerzitou a NHS na informovaní študentov a zamestnancov.</w:t>
      </w:r>
    </w:p>
    <w:p/>
    <w:p>
      <w:pPr>
        <w:jc w:val="center"/>
      </w:pPr>
      <w:r>
        <w:t>Vygenerované: 17.03.2026 16:00:34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