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Konštrukcia nového rizikového modelu pre spinocelulárny karcinóm pažeráka spojený s purinergnými signálnymi dráhami a génmi citlivosti na chemorádioterapiu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Výskumníci vytvorili nový rizikový model na predpovedanie prežitia pacientov so spinocelulárnym karcinómom pažeráka (ESCC) na základe štyroch génov (ANXA10, ERICH5, HRG a AMN) spojených s purinergnými signálnymi dráhami a citlivosťou na chemorádioterapiu. Štúdia analyzovala údaje pacientov z databázy TCGA-ESCC a identifikovala rozdiely v expresii týchto génov medzi nádorovým a zdravým tkanivom, pričom ANXA10, AMN a ERICH5 boli znížené a HRG bol zvýšený v nádoroch. Pacienti s vysokým rizikom podľa tohto modelu vykazovali zvýšenú infiltráciu určitých imunitných buniek a lepšiu odpoveď na špecifické lieky ako VX.702 a BMS.754807. Výsledky boli experimentálne overené pomocou RT-qPCR metódy. Vytvorený rizikový model by mohol pomôcť pri predpovedaní prežitia pacientov a prispieť k personalizovanému prístupu v diagnostike a liečbe ESCC.</w:t>
      </w:r>
    </w:p>
    <w:p/>
    <w:p>
      <w:pPr>
        <w:jc w:val="center"/>
      </w:pPr>
      <w:r>
        <w:t>Vygenerované: 17.03.2026 15:01:16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