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akceptuje Ilumya sBLA od Sun Pharma na psoriatickú artritídu</w:t>
      </w:r>
    </w:p>
    <w:p>
      <w:r>
        <w:t>Zdroj: Pharmaceutical Technology</w:t>
      </w:r>
    </w:p>
    <w:p>
      <w:r>
        <w:t>Publikované: Tue, 17 Mar 2026 10:59:07 +0000</w:t>
      </w:r>
    </w:p>
    <w:p/>
    <w:p>
      <w:pPr>
        <w:pStyle w:val="Heading1"/>
      </w:pPr>
      <w:r>
        <w:t>Súhrn</w:t>
      </w:r>
    </w:p>
    <w:p>
      <w:r>
        <w:t>Americká agentúra FDA prijala na posúdenie doplnkovú žiadosť o licenciu na biologiká (sBLA) od spoločnosti Sun Pharmaceutical pre liek Ilumya (tildrakizumab-asmn).[1][2] Žiadosť sa týka liečby dospelých pacientov s aktívnou psoriatickou artritídou.[1][2] S BLA je založená na výsledkoch fázy 3 klinických štúdií INSPIRE-1 a INSPIRE-2.[1] V týchto štúdiách Ilumya preukázal štatisticky významné zlepšenia merané podľa ACR20 odpovede a príznakov psoriatickej artritídy v 24. týždni oproti placebu.[1] ACR20 je štandardizovaná miera na hodnotenie zlepšenia pri reumatoidnej artritíde a iných zápalových reumatických ochoreniach.[1] Ilumya je momentálne schválený na liečbu stredne ťažkej až ťažkej plakovej psoriázy a blokuje podjednotku IL-23 proteínu, ktorá podporuje zápal.[1] Od schválenia ho lekári predpísali takmer 140 000 pacientom na svete s trvalým vyčistením kože a bezpečným profilom počas piatich rokov.[1] V fiskálnom roku 2025 dosiahol čisté tržby 681 miliónov dolárov.[1]</w:t>
      </w:r>
    </w:p>
    <w:p/>
    <w:p>
      <w:pPr>
        <w:jc w:val="center"/>
      </w:pPr>
      <w:r>
        <w:t>Vygenerované: 17.03.2026 13:02:03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