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Helen Salisbury: Použitie a nesprávne použitie vhodných nôt</w:t>
      </w:r>
    </w:p>
    <w:p>
      <w:r>
        <w:t>Zdroj: BMJ</w:t>
      </w:r>
    </w:p>
    <w:p>
      <w:r>
        <w:t>Publikované: 2026-03-17T03:36:18-07:00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zdravotnícky článok od Helen Salisbury s názvom "The use and misuse of fit notes". Výsledky vyhľadávania obsahujú iba informačné listy predmetov z Univerzity Pavla Jozefa Šafárika a iné materiály, ktoré nie sú relevantné k vášmu dotazu. Aby som mohol vytvoriť presný a faktický súhrn podľa vašich požiadaviek, potrebujem prístup k samotnému článku Helen Salisbury o vhodných poznámkach (fit notes).</w:t>
      </w:r>
    </w:p>
    <w:p/>
    <w:p>
      <w:pPr>
        <w:jc w:val="center"/>
      </w:pPr>
      <w:r>
        <w:t>Vygenerované: 17.03.2026 13:01:41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