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Mechanická a perorálna antibiotická príprava čriev znižuje riziko infekcií v mieste chirurgického zákroku a úniku anastomózy pri kolorektálnej chirurgii: metaanalýza založená na GRADE a sekvenčná analýza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analyzovala 17 randomizovaných kontrolovaných štúdií s celkovo 4 633 pacientmi, ktoré porovnávali mechanickú a perorálnu antibiotickú prípravu čriev (MOABP) so samotnou mechanickou prípravou čriev (MBP) pri kolorektálnej chirurgii. Metaanalýza ukázala, že MOABP významne znižuje riziko pooperačných infekcií v mieste chirurgického zákroku (SSI) s OR = 0,44 (95 % CI: 0,37–0,54, p &lt; 0,00001, I² = 33 %, dôkaz strednej kvality). Rovnako znižuje riziko úniku anastomózy (AL) s OR = 0,42 (95 % CI: 0,30–0,50, stredná kvalita dôkazu). Analýzy podskupín potvrdili zníženie povrchového SSI, hlbokého SSI, priestorovej a orgánovej infekcie. Skúšobná sekvenčná analýza (TSA) overila robustnosť týchto výsledkov. Autori dospeli k záveru, že MOABP znižuje riziko SSI a AL v kolorektálnej chirurgii a odporúčajú zvážiť pridanie perorálnych antibiotík do predoperačnej prípravy čriev.</w:t>
      </w:r>
    </w:p>
    <w:p/>
    <w:p>
      <w:pPr>
        <w:jc w:val="center"/>
      </w:pPr>
      <w:r>
        <w:t>Vygenerované: 17.03.2026 10:03:32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