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3D kultúry odvodené od pacientov s osteosarkómom na testovanie personalizovaných možností liečby na základe genómu: štúdia uskutočniteľnosti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Štúdia sa zamerala na vytvorenie 3D kultúr nádorových buniek priamo od pacientov s osteosarkómom na testovanie personalizovanej liečby na základe genetických zmien. Výskumný tím izoloval nádorové bunky od siedmich pacientov a pestoval ich v laboratóriu, pričom súčasne analyzoval genetický kód zodpovedajúcich nádorov pomocou celoexómového sekvenovania. Tri zo siedmich kultúr v kolagénových hydrogéloch zachovali rovnaké genetické zmeny ako pôvodné nádory, ale iba jedna kultúra (L6565) úspešne prežila dlhodobé pestovanie s mierou úspešnosti 14 percent. Táto úspešná kultúra vykazovala stratu génu CDKN2A a bola citlivá na liek palbociklib, ktorý blokuje proteíny CDK4 a CDK6. Výsledky ukazujú, že pokročilejšie kultivačné metódy lepšie odrážajú heterogenitu nádoru a vedú k väčšej variabilite v odpovedi na liečbu. Štúdia potvrdzuje uskutočniteľnosť vývoja personalizovaných liečebných prístupov pre osteosarkóm na základe genetických charakteristík jednotlivých pacientov.</w:t>
      </w:r>
    </w:p>
    <w:p/>
    <w:p>
      <w:pPr>
        <w:jc w:val="center"/>
      </w:pPr>
      <w:r>
        <w:t>Vygenerované: 17.03.2026 10:03:23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