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Ochorenie suchého oka a osobnosť: systematický prehľad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Tento systematický prehľad skúmal súvislosť medzi ochorením suchého oka (DED) a osobnostnými črtami. Podľa pokynov PRISMA sa v novembri 2025 prehľadalo PubMed, Scopus a Web of Science, čím bolo identifikovaných 408 záznamov, no zaradilo sa 8 štúdií. Štyri štúdie mali klinicky potvrdenú diagnózu DED a štyri sa spoliehali na sebahodnotené symptómy. V oboch skupinách boli osobnostné črty, najmä neurotizmus a vyhýbanie sa škodám, spojené s väčšou záťažou symptómov a zníženou kvalitou života. Regresné a mediačné analýzy v niekoľkých štúdiách potvrdili vplyv osobnosti na vnímanie symptómov. Zistenia ukazujú, že osobnostné črty ovplyvňujú subjektívne prežívanie a klinický dopad DED. Prierezové návrhy a sebahodnotené opatrenia však obmedzujú kauzálnu interpretáciu. Je potrebný ďalší longitudinálny a multimetodický výskum na objasnenie mechanizmov a rozvoj integrovaných klinických prístupov.</w:t>
      </w:r>
    </w:p>
    <w:p/>
    <w:p>
      <w:pPr>
        <w:jc w:val="center"/>
      </w:pPr>
      <w:r>
        <w:t>Vygenerované: 17.03.2026 10:03:01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