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Rádiomická analýza máp jódu odvodených z CT s dvojitou energiou na predpovedanie histopatologického hodnotenia duktálneho adenokarcinómu pankreasu: dvojcentrová štúdia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sa zamerala na vývoj nového spôsobu predpovedania agresivity nádoru pankreasu pred operáciou pomocou špeciálneho CT vyšetrenia s dvojitou energiou a počítačovej analýzy obrazov. Výskumný tím vytvoril model, ktorý kombinuje informácie z CT snímkov s klinickými údajmi pacientov, konkrétne s indexom telesnej hmotnosti a hladinou markéra CA 125. Tento kombinovaný model dosahol vysokú presnosť pri predpovedaní stupňa agresivity nádoru s hodnotami AUC 0,836 v testovacej skupine a 0,862 v externe validovanej skupine. Výsledky boli overené pomocou analýzy rozhodovacej krivky a kalibračného grafu, ktoré potvrdili spoľahlivosť a konzistenciu modelu. Nomogram vytvorený z tohto modelu by mohol lekárom pomôcť pri lepšom plánovaní liečby pacientov s duktálnym adenokarcinómom pankreasu pred chirurgickým zákrokom. Štúdia zahŕňala pacientov z dvoch centier, čo zvyšuje vierohodnosť výsledkov.</w:t>
      </w:r>
    </w:p>
    <w:p/>
    <w:p>
      <w:pPr>
        <w:jc w:val="center"/>
      </w:pPr>
      <w:r>
        <w:t>Vygenerované: 17.03.2026 10:02:13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