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esketamínu v kombinácii s QLB u starších krehkých pacientov s operáciou kolorektálneho karcinómu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skúmala účinky esketamínu v kombinácii s blokom quadratus lumborum (QLB) na pooperačnú úzkosť, depresiu a kognitívne funkcie u krehkých starších pacientov podstupujúcich radikálnu operáciu kolorektálneho karcinómu. Pacienti boli náhodne rozdelení do kontrolnej skupiny so štandardnou anestéziou a kombinovanej skupiny s QLB a esketamínom. Obe skupiny mali pred indukciou anestézie rovnaké hodnoty stredného arteriálneho tlaku (MAP) a srdcovej frekvencie (HR) (p &gt; 0,05). Po indukcii, počas pneumoperitonea a po operácii mala kombinovaná skupina významne nižšie MAP a HR (p &lt; 0,05). Kombinovaná skupina potrebovala nižšie dávky remifentanilu a propofolu (p &lt; 0,05), mala kratšie časy zotavenia a nižšie skóre agitovanosti po prebudení (p &lt; 0,05). V 1. a 3. pooperačnom dni mala kombinovaná skupina vyššie skóre v teste Mini-Mental State Examination (MMSE) (p &lt; 0,05) a nižšie skóre bolesti na vizuálnej analógovej škále (VAS) v 1., 4. a 12. hodine po extubácii (p &lt; 0,05). Kombinácia znižuje pooperačnú kognitívnu dysfunkciu a bolesť.</w:t>
      </w:r>
    </w:p>
    <w:p/>
    <w:p>
      <w:pPr>
        <w:jc w:val="center"/>
      </w:pPr>
      <w:r>
        <w:t>Vygenerované: 17.03.2026 10:00:44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