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Sudca zablokoval prepracovanie odporúčaní o očkovaní od RFK Jr</w:t>
      </w:r>
    </w:p>
    <w:p>
      <w:r>
        <w:t>Zdroj: MedPage Today</w:t>
      </w:r>
    </w:p>
    <w:p>
      <w:r>
        <w:t>Publikované: Mon, 16 Mar 2026 16:55:40 -0400</w:t>
      </w:r>
    </w:p>
    <w:p/>
    <w:p>
      <w:pPr>
        <w:pStyle w:val="Heading1"/>
      </w:pPr>
      <w:r>
        <w:t>Súhrn</w:t>
      </w:r>
    </w:p>
    <w:p>
      <w:r>
        <w:t>Federálny sudca v Bostone dočasne zablokoval prepracovanie odporúčaní o očkovaní od ministra zdravotníctva Roberta F. Kennedyho Jr. Sudca uviedol, že Kennedy pravdepodobne porušil federálne postupy. Ministerstvo zdravotníctva a sociálnych služieb (HHS) oznámilo zníženie odporúčaných vakcín pre deti približne o tretinu, na celkovo 11 vakcín. Z nového harmonogramu boli odstránené vakcíny proti rotavírusu, chrípke a hepatitíde A. Cieľom zmien bolo podľa Kennedyho obnoviť dôveru v očkovanie. Väčšina zdravotníckych systémov a lekárov však nové federálne odporúčania ignoruje a drží sa usmernení Americkej akadémie pediatrov. Prístup k predchádzajúcim vakcínam a ich poistné krytie zostávajú zachované pre tých, ktorí ich chcú. Štáty majú pravomoc regulovať povinné vakcíny pre školy, pričom niektoré ich odmietajú nasledovať.</w:t>
      </w:r>
    </w:p>
    <w:p/>
    <w:p>
      <w:pPr>
        <w:jc w:val="center"/>
      </w:pPr>
      <w:r>
        <w:t>Vygenerované: 16.03.2026 23:00:46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