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Hidradenitis suppurativa spojená s vyšším rizikom sebapoškodzovania, vrátane samovraždy</w:t>
      </w:r>
    </w:p>
    <w:p>
      <w:r>
        <w:t>Zdroj: MedPage Today</w:t>
      </w:r>
    </w:p>
    <w:p>
      <w:r>
        <w:t>Publikované: Mon, 16 Mar 2026 15:31:16 -0400</w:t>
      </w:r>
    </w:p>
    <w:p/>
    <w:p>
      <w:pPr>
        <w:pStyle w:val="Heading1"/>
      </w:pPr>
      <w:r>
        <w:t>Súhrn</w:t>
      </w:r>
    </w:p>
    <w:p>
      <w:r>
        <w:t>Pacienti s hnisavou hidradenitis (HS) majú v porovnaní s bežnou populáciou výrazne vyšší výskyt sebapoškodzovania vrátane samovrážd. Veľká dánska štúdia založená na registroch toto spojenie potvrdila. Počas sledovaného obdobia bol riziko vyššie u pacientov s HS. Štúdia ukázala hlavné zistenie o zvýšenom riziku sebapoškodzovania. Hnisavá hidradenitis je spojená s vyšším rizikom samovraždy. Výsledky zdôrazňujú potrebu pozornosti na duševné zdravie týchto pacientov. Štúdia bola publikovaná na MedPage Today.</w:t>
      </w:r>
    </w:p>
    <w:p/>
    <w:p>
      <w:pPr>
        <w:jc w:val="center"/>
      </w:pPr>
      <w:r>
        <w:t>Vygenerované: 16.03.2026 22:00:50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