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Medicaid je stále komerčne dostupný</w:t>
      </w:r>
    </w:p>
    <w:p>
      <w:r>
        <w:t>Zdroj: STAT News</w:t>
      </w:r>
    </w:p>
    <w:p>
      <w:r>
        <w:t>Publikované: Mon, 16 Mar 2026 19:28:02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"STAT+: Medicaid still going commercial" alebo jeho obsah. Výsledky vyhľadávania obsahujú články o zdravotníctve na Slovensku z roku 2026 a články z amerického portálu STAT News týkajúce sa zmien v Medicaide, ale nie konkrétny článok, ktorý ste požiadali zhrnúť. Ak máte k dispozícii text tohto článku, môžem vám pomôcť s jeho faktickým súhrnom podľa vašich požiadaviek.</w:t>
      </w:r>
    </w:p>
    <w:p/>
    <w:p>
      <w:pPr>
        <w:jc w:val="center"/>
      </w:pPr>
      <w:r>
        <w:t>Vygenerované: 16.03.2026 21:00:34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