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sa ide domov z nemocnice dobre</w:t>
      </w:r>
    </w:p>
    <w:p>
      <w:r>
        <w:t>Zdroj: MedPage Today</w:t>
      </w:r>
    </w:p>
    <w:p>
      <w:r>
        <w:t>Publikované: Mon, 16 Mar 2026 13:00:29 -0400</w:t>
      </w:r>
    </w:p>
    <w:p/>
    <w:p>
      <w:pPr>
        <w:pStyle w:val="Heading1"/>
      </w:pPr>
      <w:r>
        <w:t>Súhrn</w:t>
      </w:r>
    </w:p>
    <w:p>
      <w:r>
        <w:t>Prepúšťanie pacientov z nemocnice proti lekárskemu odporúčaniu (AMA) predstavuje významný problém zdravotnej starostlivosti, ktorý sa týka približne 2 % všetkých prepúšťaní z nemocníc[1]. Pacienti, ktorí opustia nemocnicu bez súhlasu lekára, čelia výrazne zvýšenému riziku komplikácií – napríklad pacienti s astmou majú 4-krát vyššie riziko návratu na pohotovosť do 30 dní a takmer 3-krát vyššie riziko opätovného hospitalizácie[1]. V štúdii všeobecného lekárskeho oddelenia boli pacienti, ktorí odišli AMA, 7-krát viac pravdepodobne znovu hospitalizovaní do 15 dní, väčšinou pre tú istú diagnózu[1]. U pacientov s infarktom myokardu, ktorí opustili nemocnicu bez odporúčania, bolo zistené o 40 % vyššie riziko smrti alebo opätovnej hospitalizácie do 2 rokov po prepustení[1]. Ďalším problémom je nedostatočná a pomalá komunikácia medzi nemocnicou a ambulantným lekárom – štúdia z Johns Hopkinsu zistila, že 43 % pacientov bolo znovu hospitalizovaných skôr, ako bola dokončená ich prepúšťacia správa[2]. Odborníci odporúčajú, aby prepúšťacie správy boli dokončené do 48 hodín a aby obsahovali len najdôležitejšie informácie potrebné na koordináciu starostlivosti[2].</w:t>
      </w:r>
    </w:p>
    <w:p/>
    <w:p>
      <w:pPr>
        <w:jc w:val="center"/>
      </w:pPr>
      <w:r>
        <w:t>Vygenerované: 16.03.2026 19:01:02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