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Nábor lekárov v zámorí ušetril NHS {pound} 10,9 miliardy, ale Spojenému kráľovstvu sa nedarí trénovať domáce talenty, tvrdia poslanci</w:t>
      </w:r>
    </w:p>
    <w:p>
      <w:r>
        <w:t>Zdroj: BMJ</w:t>
      </w:r>
    </w:p>
    <w:p>
      <w:r>
        <w:t>Publikované: 2026-03-16T09:41:20-07:00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nenachádza. Dostané výsledky obsahujú iba dokument o modernizácii slovenských nemocníc z roku 2014, ktorý sa týka investičných potrieb a financovania zdravotníckych zariadení na Slovensku. Aby som mohol vytvoriť presný a faktický súhrn článku o nábore lekárov v NHS (britskej zdravotnej službe), potreboval by som mať k dispozícii samotný článok alebo jeho úplný text v hľadaných výsledkoch.</w:t>
      </w:r>
    </w:p>
    <w:p/>
    <w:p>
      <w:pPr>
        <w:jc w:val="center"/>
      </w:pPr>
      <w:r>
        <w:t>Vygenerované: 16.03.2026 19:00:49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