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Rozhranie mozog-počítač umožnilo ľuďom s paralýzou písať pomocou mysle</w:t>
      </w:r>
    </w:p>
    <w:p>
      <w:r>
        <w:t>Zdroj: STAT News</w:t>
      </w:r>
    </w:p>
    <w:p>
      <w:r>
        <w:t>Publikované: Mon, 16 Mar 2026 16:01:00 +0000</w:t>
      </w:r>
    </w:p>
    <w:p/>
    <w:p>
      <w:pPr>
        <w:pStyle w:val="Heading1"/>
      </w:pPr>
      <w:r>
        <w:t>Súhrn</w:t>
      </w:r>
    </w:p>
    <w:p>
      <w:r>
        <w:t>Rozhranie mozog-počítač umožnilo dvom ľuďom s paralýzou písať pomocou mysle dekódovaním pokusov o pohyb prstov. Technológia zaznamenáva mozgové signály a prekladá ich na príkazy v počítači, čo predstavuje prelomový pokrok v komunikácii a ovládaní zariadení pre paralyzovaných pacientov. Podobné rozhrania mozog-počítač vyvinuli výskumníci z Brown University, ktorí vytvorili systém s 97% presnosťou pri prevode mozgových signálov na reč.[1] Tieto zariadenia využívajú senzory implantované priamo v mozgu na zaznamenávanie elektrických signálov. Výskum ukazuje, že pacienti sa naučia efektívne používať tieto rozhrania v priebehu minút po ich aktivácii.[1] Technológia predstavuje nádej pre ľudí trpiacich paralýzou spôsobenou rôznymi ochoreniami, vrátane amyotropickej laterálnej sklerózy (ALS). Vývoj neinvazívnych verzií, ktoré nevyžadujú chirurgickú implantáciu, ponúka ďalší potenciál pre širšie klinické využitie.[4]</w:t>
      </w:r>
    </w:p>
    <w:p/>
    <w:p>
      <w:pPr>
        <w:jc w:val="center"/>
      </w:pPr>
      <w:r>
        <w:t>Vygenerované: 16.03.2026 18:00:49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