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výsledkoch skúšok piluliek na obezitu, usmerneniach o cholesterole a ďalších</w:t>
      </w:r>
    </w:p>
    <w:p>
      <w:r>
        <w:t>Zdroj: STAT News</w:t>
      </w:r>
    </w:p>
    <w:p>
      <w:r>
        <w:t>Publikované: Mon, 16 Mar 2026 13:18:08 +0000</w:t>
      </w:r>
    </w:p>
    <w:p/>
    <w:p>
      <w:pPr>
        <w:pStyle w:val="Heading1"/>
      </w:pPr>
      <w:r>
        <w:t>Súhrn</w:t>
      </w:r>
    </w:p>
    <w:p>
      <w:r>
        <w:t>Spoločnosť Structure Therapeutics zverejnila pozitívne výsledky klinickej skúšky svojej experimentálnej dennej tabletky na liečbu obezity. Pacientom, ktorí užívali tento liek počas 44 týždňov, sa podarilo dosiahnuť stratu približne 16 % svojej telesnej hmotnosti v porovnaní so skupinou, ktorá dostávala placebo. Tieto výsledky viedli k výraznému nárastu ceny akcií spoločnosti, ktoré stúpli o 54,2 %. Liek predstavuje novú možnosť v liečbe obezity, ktorá je v súčasnosti rastúcim zdravotným problémom. Výsledky skúšky naznačujú, že denná tabletka by mohla byť účinným liečebným prístupom pre pacientov s obezitou. Spoločnosť pokračuje v ďalšom vývoji a testovaní tohto lieku.</w:t>
      </w:r>
    </w:p>
    <w:p/>
    <w:p>
      <w:pPr>
        <w:jc w:val="center"/>
      </w:pPr>
      <w:r>
        <w:t>Vygenerované: 16.03.2026 15:00:58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