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K TrumpRx sa pripojili ďalší dvaja výrobcovia liekov</w:t>
      </w:r>
    </w:p>
    <w:p>
      <w:r>
        <w:t>Zdroj: STAT News</w:t>
      </w:r>
    </w:p>
    <w:p>
      <w:r>
        <w:t>Publikované: Mon, 16 Mar 2026 13:26:14 +0000</w:t>
      </w:r>
    </w:p>
    <w:p/>
    <w:p>
      <w:pPr>
        <w:pStyle w:val="Heading1"/>
      </w:pPr>
      <w:r>
        <w:t>Súhrn</w:t>
      </w:r>
    </w:p>
    <w:p>
      <w:r>
        <w:t>Nemôžem vytvoriť súhrn článku s názvom "STAT+: Two more drugmakers join TrumpRx", pretože v poskytnutých výsledkoch vyhľadávania sa tento konkrétny článok nenachádza. Dostupné zdroje obsahujú informácie o TrumpRx platforme a dohodách s farmaceutickými spoločnosťami, ale nie o dvoch konkrétnych výrobcoch liekov, ktorí sa k nej nedávno pripojili podľa vášho článku. Ak by ste chceli, môžem vytvoriť súhrn na základe dostupných informácií o TrumpRx z poskytnutých zdrojov, alebo mi môžete poskytnúť obsah konkrétneho článku, ktorý chcete zhrnúť.</w:t>
      </w:r>
    </w:p>
    <w:p/>
    <w:p>
      <w:pPr>
        <w:jc w:val="center"/>
      </w:pPr>
      <w:r>
        <w:t>Vygenerované: 16.03.2026 15:00:47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