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Dojčenie a vedenie kodeínu sú na pochybách po výzvach na stiahnutie hlavnej štúdie Lancet</w:t>
      </w:r>
    </w:p>
    <w:p>
      <w:r>
        <w:t>Zdroj: BMJ</w:t>
      </w:r>
    </w:p>
    <w:p>
      <w:r>
        <w:t>Publikované: 2026-03-16T04:31:07-07:00</w:t>
      </w:r>
    </w:p>
    <w:p/>
    <w:p>
      <w:pPr>
        <w:pStyle w:val="Heading1"/>
      </w:pPr>
      <w:r>
        <w:t>Súhrn</w:t>
      </w:r>
    </w:p>
    <w:p>
      <w:r>
        <w:t>Kľúčová štúdia z roku 2006 publikovaná v časopise Lancet, ktorá upozorňovala na riziko predávkovania opiátmi u detí dojčených matkách užívajúcimi kodeín, čelí požiadavkám na vyšetrovanie. Výzvy na preskúmanie článku prišli po tom, čo člen pôvodného výskumného tímu upozornil na údajné pochybenia vedúceho tímu. Štúdia bola vypracovaná pod vedením farmakológa Gideona Korena v nemocnici SickKids v Toronte. Lancet vydal vyjadrenie znepokojenia nad článkom a požiadal o formálne vyšetrovanie. Dôvod na zvýšenú pozornosť vznikol po zistení, že samostatná kazuistika popisujúca predávkovanie u dieťaťa, ktorá mala podporovať hypotézu Lancetovej štúdie, bola úplne fiktívna. Táto kazuistika bola údajne publikovaná v neexistujúcom časopise. Tieto okolnosti spochybňujú spoľahlivosť vedenia v oblasti kodeínu a dojčenia, ktoré bolo doteraz založené na tejto štúdii.</w:t>
      </w:r>
    </w:p>
    <w:p/>
    <w:p>
      <w:pPr>
        <w:jc w:val="center"/>
      </w:pPr>
      <w:r>
        <w:t>Vygenerované: 16.03.2026 14:00:34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