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&amp;#x201c;Bol som svedkom nekonečného utrpenia&amp;#x201d;&amp;#x2014;všeobecného lekára, ktorého cesta do medicíny začala v utečeneckom tábore</w:t>
      </w:r>
    </w:p>
    <w:p>
      <w:r>
        <w:t>Zdroj: BMJ</w:t>
      </w:r>
    </w:p>
    <w:p>
      <w:r>
        <w:t>Publikované: 2026-03-16T03:21:05-07:00</w:t>
      </w:r>
    </w:p>
    <w:p/>
    <w:p>
      <w:pPr>
        <w:pStyle w:val="Heading1"/>
      </w:pPr>
      <w:r>
        <w:t>Súhrn</w:t>
      </w:r>
    </w:p>
    <w:p>
      <w:r>
        <w:t>Amal Paul je praktický lekár v Leedse, pre ktorého je najvďačnejším aspektom práce to, že každý deň má pocit, že pre niekoho urobil niečo pozitívne. Vidieť usmievajúcu sa tvár dieťaťa alebo počuť poďakovanie od pacienta považuje za úžasnú odmenu. Jeho úlohou je liečiť nielen pacienta, ale aj jeho rodinu a komunitu, a baví ho budovať vzťahy s pacientmi, spoznávať ich rodiny a vidieť ich deti vyrastať. Narodil sa a vyrastal v Pak Hili, malebnej dedine v Bangladéši v 50. rokoch minulého storočia. V dedine s viac ako dvadsaťtisíc obyvateľmi neexistovali kvalifikovaní lekári. Matka chcela, aby sa stal lekárom a staral sa o miestnu komunitu. Predmedicínsky kurz začal v roku 1969 na vládnej inštitúcii. Bol svedkom nekonečného utrpenia, čo formovalo jeho cestu do medicíny od utečeneckého tábora.</w:t>
      </w:r>
    </w:p>
    <w:p/>
    <w:p>
      <w:pPr>
        <w:jc w:val="center"/>
      </w:pPr>
      <w:r>
        <w:t>Vygenerované: 16.03.2026 12:01:02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