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Zvýšený pomer stresovej hyperglykémie predpovedá prijatie na jednotku intenzívnej starostlivosti po operácii gastrointestinálnych nádorov: analýza databázy INSPIRE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Táto retrospektívna štúdia analyzovala údaje od 2 102 pacientov po operácii gastrointestinálnych nádorov z databázy INSPIRE. Zvýšený predoperačný stresový hyperglykemický pomer (SHR) bol nezávisle spojený so zvýšeným rizikom prijatia na jednotku intenzívnej starostlivosti (JIS). Každé zvýšenie SHR o 0,1 jednotky zodpovedalo pomeru šancí (OR) 1,08 (95 % CI: 1,04–1,13, p &lt; 0,001). Pacienti s najvyšším tercilom SHR (≥1,04) mali oproti najnižšiemu tercilu OR 1,43 (95 % CI: 1,04–1,97, p = 0,03). Vzťah medzi SHR a rizikom bol lineárny (P pre nelinearitu &gt; 0,05). Prediktívny model so SHR dosiahol AUC 0,895 a priemernú absolútnu chybu 0,009. Analýzy podskupín ukázali interakčné účinky na vek a pohlavie. Integrácia SHR do predoperačného hodnotenia môže zlepšiť stratifikáciu rizika a manažment pacientov.</w:t>
      </w:r>
    </w:p>
    <w:p/>
    <w:p>
      <w:pPr>
        <w:jc w:val="center"/>
      </w:pPr>
      <w:r>
        <w:t>Vygenerované: 16.03.2026 07:45:53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