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Účinok predoperačného zahrievania v kombinácii s dexmedetomidínom na pooperačné delírium u starších pacientov podstupujúcich operáciu zlomeniny bedra: randomizovaná kontrolovaná štúdia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hodnotila účinok predoperačného zahrievania v kombinácii s dexmedetomidínom na pooperačné delírium u pacientov starších 50 rokov s operáciou zlomeniny bedra. Do randomizovanej kontrolovanej štúdie bolo zaradených 197 pacientov, ktorí boli rozdelení do troch skupín: zahrievanie plus dexmedetomidín (WD), samotné zahrievanie (W) a kontrolná skupina (C). Incidencia pooperačného delíria bola 49,1 % v kontrolnej skupine, 26 % v skupine so zahrievanie a 14 % v skupine s kombinovanou intervenciou (P &lt; 0,001). Trvanie delíria bolo významne kratšie v skupine s kombinovanou intervenciou. Intraoperačné telesné teploty boli vyššie v skupinách so zahrievanie a kombináciou oproti kontrole. Skóre pooperačnej bolesti bolo nižšie v intervenčných skupinách a skóre MoCA vyššie v kombinovanej skupine, čo ukazuje lepšiu kognitívnu funkciu. Zápalové markery a nežiaduce udalosti boli znížené v kombinovanej skupine. Predoperačné zahrievanie s dexmedetomidínom bolo spojené s nižším výskytom a kratším trvaním pooperačného delíria.</w:t>
      </w:r>
    </w:p>
    <w:p/>
    <w:p>
      <w:pPr>
        <w:jc w:val="center"/>
      </w:pPr>
      <w:r>
        <w:t>Vygenerované: 16.03.2026 07:45:44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