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Sturge-Weberov syndróm s kontralaterálnym syndrómom rannej slávy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U 9-ročného dievčaťa sa pri oftalmologickom vyšetrení prejavilo rozmazané videnie na ľavom oku trvajúce viac ako 6 mesiacov. Na pravej strane tváre bolo viditeľné materské znamienko portského vína. Zraková ostrosť bola normálna v pravom oku (20/20), ale výrazne znížená v ľavom oku na počítanie prstov, s korekciou sa zlepšila na 20/1000. Funduskopia odhalila difúzny choroidálny hemangióm na pravom oku a zväčšený optický disk s centrálnym lievikovitým vyhĺbením, radiačnými cievnymi anomáliami a odlúčením sietnice na ľavom oku. Diagnostikovali Sturge-Weberov syndróm (SWS) postihujúci pravé oko a kontralaterálny syndróm rannej slávy (MGS) s odchlípením sietnice na ľavom oku. Ide o prvý hlásený prípad koexistencie SWS a MGS u jedného pacienta, potvrdený zobrazovacími metódami. U pacientov s materským znamienkom portského vína alebo jednostrannými anomáliami optického disku je nevyhnutné dôkladné vyšetrenie kontralaterálneho oka a neurologické vyšetrenie.</w:t>
      </w:r>
    </w:p>
    <w:p/>
    <w:p>
      <w:pPr>
        <w:jc w:val="center"/>
      </w:pPr>
      <w:r>
        <w:t>Vygenerované: 16.03.2026 07:02:14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