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Zameranie na poruchu osi pohlavných hormónov: skúmanie mechanizmu náchylnosti na suché oko u perimenopauzálnych žien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Suché oko je ochorenie, ktoré narúša rovnováhu slzného filmu a postihuje povrch oka[1]. Perimenopauzálne ženy sú na toto ochorenie vystavené extrémne vysokému riziku, pričom základnou príčinou je porucha pohlavných hormónov spôsobená zlyhaním vaječníkov[1]. Pokles estrogénu vedie k zmene funkcie slzných žliaz a zníženej hydratácii očí, zatiaľ čo pokles androgénov narúša tvorbu mastnej zložky slzného filmu, čo spôsobuje jeho nestabilitu[1]. Okrem hormonálnych zmien prispievajú k riziku ochorenia aj chronická imunitná zápalová odpoveď, neuroendokrinné zmeny, perimenopauzálna depresia, poruchy spánku a používanie hormonálnej substitučnej terapie[1]. Príznaky suchého oka zahŕňajú pálenie, rezanie, začervenanie, rozmazané videnie a niekedy nadmerné slzenie ako kompenzačný mechanizmus[1]. Výskum potvrdil, že približne 79 % menopauzálnych a postmenopauzálnych žien má príznaky syndrómu suchého oka, pričom najčastejším príznakom je citlivosť na svetlo[1]. Vzhľadom na zložitosť rizikových faktorov je potrebné individualizované prístupy k prevencii a liečbe suchého oka u žien v perimenopauze[1].</w:t>
      </w:r>
    </w:p>
    <w:p/>
    <w:p>
      <w:pPr>
        <w:jc w:val="center"/>
      </w:pPr>
      <w:r>
        <w:t>Vygenerované: 16.03.2026 07:01:55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