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Črevná mikrobiota a plazmatické metabolity pri funkčnej dyspepsii: štúdia integrujúca Mendelovu randomizáciu a experimentálnu validáciu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Štúdia použila dvojvzorkovú Mendelovu randomizáciu (MR) na preskúmanie vplyvu črevnej mikroflóry na funkčnú dyspepsiu (FD) prostredníctvom plazmatických metabolitov, s následnou experimentálnou validáciou na potkanoch. Genetické nástroje vytvorili z GWAS dát 7 738 ľudí pre 412 charakteristík mikroflóry, 1 400 metabolitov z NHGRI-EBI katalógu a FD údaje z biobanky FinnGen. Pomocou metódy IVW sa zistili kauzálne súvislosti, potvrdené testami pleiotropie a heterogenity. Ochranné faktory proti FD boli supercesta biosyntézy pyridoxal 5′-fosfátu (OR: 0,89; 95% CI: 0,81–0,97; p=0,01), pActinobacteria (OR: 0,85; 95% CI: 0,77–0,94; p=0,002) a sBifidobacterium (OR: 0,75–0,97; p=0,017). Rizikové faktory zahŕňali superdráhu biosyntézy menachinolu-8 II (OR: 1,13; 95% CI: 1,03–1,25; p=0,01) a sLachnospiraceae bacterium5163FAA (OR: 1,09; 95% CI: 1,02–1,16; p=0,008). Tieto tri taxóny a dve dráhy ovplyvňujú FD reguláciou 81 plazmatických metabolitov alebo ich pomerov. Experiment na potkanoch (model s 0,2% jódacetamidom a stresom) potvrdil zmeny v pActinobacteria, alfa-hydroxyizokaproáte a kynurenáte.</w:t>
      </w:r>
    </w:p>
    <w:p/>
    <w:p>
      <w:pPr>
        <w:jc w:val="center"/>
      </w:pPr>
      <w:r>
        <w:t>Vygenerované: 16.03.2026 07:01:07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