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vstreknú jeden nádor a sledujú, ako rakovina mizne po celom tele</w:t>
      </w:r>
    </w:p>
    <w:p>
      <w:r>
        <w:t>Zdroj: ScienceDaily Health</w:t>
      </w:r>
    </w:p>
    <w:p>
      <w:r>
        <w:t>Publikované: Mon, 16 Mar 2026 20:18:42 EDT</w:t>
      </w:r>
    </w:p>
    <w:p/>
    <w:p>
      <w:pPr>
        <w:pStyle w:val="Heading1"/>
      </w:pPr>
      <w:r>
        <w:t>Súhrn</w:t>
      </w:r>
    </w:p>
    <w:p>
      <w:r>
        <w:t>Vedci vyvinuli novú CD40 agonistickú protilátku na liečbu rakoviny s iným spôsobom podávania ako doterajšie podobné lieky. Namiesto injekcie do krvného obehu ju vstreknú priamo do nádorov. V malej klinickej štúdii s 12 pacientmi s metastatickými rakovinami sa u šiestich pacientov nádory zmenšili. U dvoch pacientov došlo k úplnej remisii nádoru. Táto imunoterapia predstavuje výrazný skorý výsledok po desaťročiach sklamania s podobnými liekmi. Priama injekcia do nádoru a nový typ protilátky sú kľúčovými zmenami v tomto prístupe k liečbe rakoviny.</w:t>
      </w:r>
    </w:p>
    <w:p/>
    <w:p>
      <w:pPr>
        <w:jc w:val="center"/>
      </w:pPr>
      <w:r>
        <w:t>Vygenerované: 17.03.2026 02:00:43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